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600"/>
        <w:gridCol w:w="3000"/>
      </w:tblGrid>
      <w:tr w:rsidR="00E10220" w14:paraId="72602B81" w14:textId="77777777">
        <w:trPr>
          <w:trHeight w:hRule="exact" w:val="1500"/>
        </w:trPr>
        <w:tc>
          <w:tcPr>
            <w:tcW w:w="3000" w:type="dxa"/>
            <w:shd w:val="clear" w:color="auto" w:fill="0B0F14"/>
            <w:vAlign w:val="center"/>
          </w:tcPr>
          <w:p w14:paraId="5FDD6572" w14:textId="77777777" w:rsidR="00E10220" w:rsidRDefault="002A4D7D">
            <w:pPr>
              <w:spacing w:after="0"/>
              <w:ind w:left="120"/>
            </w:pPr>
            <w:r>
              <w:rPr>
                <w:noProof/>
              </w:rPr>
              <w:drawing>
                <wp:inline distT="0" distB="0" distL="0" distR="0" wp14:anchorId="103E2E74" wp14:editId="3C88D9B4">
                  <wp:extent cx="1737360" cy="747667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kyber_logo_transparent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747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0B0F14"/>
            <w:vAlign w:val="center"/>
          </w:tcPr>
          <w:p w14:paraId="4B89BA54" w14:textId="77777777" w:rsidR="00E10220" w:rsidRDefault="002A4D7D">
            <w:pPr>
              <w:spacing w:after="40"/>
              <w:jc w:val="center"/>
            </w:pPr>
            <w:r>
              <w:rPr>
                <w:b/>
                <w:color w:val="F4F7FA"/>
              </w:rPr>
              <w:t>SIR SYED ROBOTICS COMPETITION</w:t>
            </w:r>
          </w:p>
          <w:p w14:paraId="7DBE0247" w14:textId="77777777" w:rsidR="00E10220" w:rsidRDefault="002A4D7D">
            <w:pPr>
              <w:spacing w:after="0"/>
              <w:jc w:val="center"/>
            </w:pPr>
            <w:r>
              <w:rPr>
                <w:b/>
                <w:color w:val="19D3F3"/>
                <w:sz w:val="22"/>
              </w:rPr>
              <w:t>SKYBER 2026 | SSUET | OFFICIAL RULEBOOK</w:t>
            </w:r>
          </w:p>
        </w:tc>
        <w:tc>
          <w:tcPr>
            <w:tcW w:w="3000" w:type="dxa"/>
            <w:shd w:val="clear" w:color="auto" w:fill="0B0F14"/>
            <w:vAlign w:val="center"/>
          </w:tcPr>
          <w:p w14:paraId="7D6A4EDB" w14:textId="77777777" w:rsidR="00E10220" w:rsidRDefault="002A4D7D">
            <w:pPr>
              <w:spacing w:after="0"/>
              <w:ind w:right="120"/>
              <w:jc w:val="right"/>
            </w:pPr>
            <w:r>
              <w:rPr>
                <w:noProof/>
              </w:rPr>
              <w:drawing>
                <wp:inline distT="0" distB="0" distL="0" distR="0" wp14:anchorId="6914A5C1" wp14:editId="5827D55F">
                  <wp:extent cx="868680" cy="86868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sue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86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71EF1E" w14:textId="77777777" w:rsidR="00E10220" w:rsidRDefault="00E10220">
      <w:pPr>
        <w:spacing w:after="40"/>
      </w:pPr>
    </w:p>
    <w:p w14:paraId="23EF4A76" w14:textId="4B04AD4A" w:rsidR="00E10220" w:rsidRDefault="002A4D7D">
      <w:pPr>
        <w:spacing w:before="80" w:after="120"/>
        <w:jc w:val="center"/>
        <w:rPr>
          <w:b/>
          <w:sz w:val="26"/>
        </w:rPr>
      </w:pPr>
      <w:r>
        <w:rPr>
          <w:b/>
          <w:sz w:val="26"/>
        </w:rPr>
        <w:t xml:space="preserve">GAMING MODULE: </w:t>
      </w:r>
      <w:r w:rsidR="004519D6">
        <w:rPr>
          <w:b/>
          <w:sz w:val="26"/>
        </w:rPr>
        <w:t>FIFA 26, TAKKEN 8 AND PUBG PC</w:t>
      </w:r>
      <w:r>
        <w:rPr>
          <w:b/>
          <w:sz w:val="26"/>
        </w:rPr>
        <w:t xml:space="preserve"> TOURNAMENT: OFFICIAL RULEBOOK</w:t>
      </w:r>
    </w:p>
    <w:p w14:paraId="3E61C133" w14:textId="77777777" w:rsidR="002A0BFE" w:rsidRDefault="002A0BFE" w:rsidP="002A0BFE">
      <w:pPr>
        <w:spacing w:before="80" w:after="120"/>
      </w:pPr>
      <w:r>
        <w:rPr>
          <w:rFonts w:ascii="Segoe UI Emoji" w:hAnsi="Segoe UI Emoji" w:cs="Segoe UI Emoji"/>
        </w:rPr>
        <w:t>🎮</w:t>
      </w:r>
      <w:r>
        <w:t xml:space="preserve"> UNIVERSITY GAMING COMPETITION</w:t>
      </w:r>
    </w:p>
    <w:p w14:paraId="473D90A7" w14:textId="77777777" w:rsidR="002A0BFE" w:rsidRDefault="002A0BFE" w:rsidP="002A0BFE">
      <w:pPr>
        <w:spacing w:before="80" w:after="120"/>
      </w:pPr>
      <w:r>
        <w:t>General Event Rules &amp; Regulations</w:t>
      </w:r>
    </w:p>
    <w:p w14:paraId="1FE32951" w14:textId="77777777" w:rsidR="002A0BFE" w:rsidRDefault="002A0BFE" w:rsidP="002A0BFE">
      <w:pPr>
        <w:spacing w:before="80" w:after="120"/>
      </w:pPr>
      <w:r>
        <w:t xml:space="preserve">1. </w:t>
      </w:r>
      <w:r w:rsidRPr="00440FE2">
        <w:rPr>
          <w:b/>
          <w:bCs/>
        </w:rPr>
        <w:t>Punctuality:</w:t>
      </w:r>
      <w:r>
        <w:t xml:space="preserve"> All participants must arrive at the designated venue on time according to their respective match schedules.</w:t>
      </w:r>
    </w:p>
    <w:p w14:paraId="68B4C950" w14:textId="77777777" w:rsidR="002A0BFE" w:rsidRDefault="002A0BFE" w:rsidP="002A0BFE">
      <w:pPr>
        <w:spacing w:before="80" w:after="120"/>
      </w:pPr>
      <w:r>
        <w:t xml:space="preserve">2. </w:t>
      </w:r>
      <w:r w:rsidRPr="00440FE2">
        <w:rPr>
          <w:b/>
          <w:bCs/>
        </w:rPr>
        <w:t>Disqualification</w:t>
      </w:r>
      <w:r>
        <w:t>: If a participant is unavailable when their scheduled match is called, they will be automatically disqualified, and their opponent will advance to the next round by a walkover.</w:t>
      </w:r>
    </w:p>
    <w:p w14:paraId="7A9BE770" w14:textId="77777777" w:rsidR="002A0BFE" w:rsidRDefault="002A0BFE" w:rsidP="002A0BFE">
      <w:pPr>
        <w:spacing w:before="80" w:after="120"/>
      </w:pPr>
      <w:r>
        <w:t xml:space="preserve">3. </w:t>
      </w:r>
      <w:r w:rsidRPr="00440FE2">
        <w:rPr>
          <w:b/>
          <w:bCs/>
        </w:rPr>
        <w:t>Match Timings:</w:t>
      </w:r>
      <w:r>
        <w:t xml:space="preserve"> Participants are strictly advised to follow the provided match schedules and timings to ensure the smooth management of the competition.</w:t>
      </w:r>
    </w:p>
    <w:p w14:paraId="6BE2C6C4" w14:textId="77777777" w:rsidR="004519D6" w:rsidRDefault="002A0BFE" w:rsidP="002A0BFE">
      <w:pPr>
        <w:spacing w:before="80" w:after="120"/>
      </w:pPr>
      <w:r>
        <w:t xml:space="preserve">4. </w:t>
      </w:r>
      <w:r w:rsidRPr="00440FE2">
        <w:rPr>
          <w:b/>
          <w:bCs/>
        </w:rPr>
        <w:t>Code of Conduct</w:t>
      </w:r>
      <w:r>
        <w:t xml:space="preserve">: </w:t>
      </w:r>
    </w:p>
    <w:p w14:paraId="4A0AAAAC" w14:textId="6ACD59DA" w:rsidR="002A0BFE" w:rsidRDefault="002A0BFE" w:rsidP="004519D6">
      <w:pPr>
        <w:pStyle w:val="ListParagraph"/>
        <w:numPr>
          <w:ilvl w:val="0"/>
          <w:numId w:val="13"/>
        </w:numPr>
        <w:spacing w:before="80" w:after="120"/>
      </w:pPr>
      <w:r>
        <w:t>The use of abusive, offensive, or inappropriate language during matches or anywhere at the event venue is strictly prohibited. Violation of this rule may result in immediate disqualification.</w:t>
      </w:r>
    </w:p>
    <w:p w14:paraId="3B762ED1" w14:textId="1925C42B" w:rsidR="004519D6" w:rsidRDefault="004519D6" w:rsidP="004519D6">
      <w:pPr>
        <w:pStyle w:val="ListParagraph"/>
        <w:numPr>
          <w:ilvl w:val="0"/>
          <w:numId w:val="13"/>
        </w:numPr>
        <w:spacing w:before="80" w:after="120"/>
      </w:pPr>
      <w:r w:rsidRPr="004519D6">
        <w:t>Cheating, hacking, game exploits, match-fixing, collusion and the use of unauthorized tools mean immediate disqualification</w:t>
      </w:r>
    </w:p>
    <w:p w14:paraId="7AAFAF31" w14:textId="77777777" w:rsidR="004519D6" w:rsidRDefault="004519D6" w:rsidP="004519D6">
      <w:pPr>
        <w:pStyle w:val="ListBullet"/>
        <w:numPr>
          <w:ilvl w:val="0"/>
          <w:numId w:val="13"/>
        </w:numPr>
      </w:pPr>
      <w:r>
        <w:t>Communication during a round is by voice or chat within the team only. Any communication with spectators or outside people is prohibited.</w:t>
      </w:r>
    </w:p>
    <w:p w14:paraId="0AE43D69" w14:textId="77777777" w:rsidR="004519D6" w:rsidRDefault="004519D6" w:rsidP="004519D6">
      <w:pPr>
        <w:pStyle w:val="ListBullet"/>
        <w:numPr>
          <w:ilvl w:val="0"/>
          <w:numId w:val="13"/>
        </w:numPr>
      </w:pPr>
      <w:r>
        <w:t>Communication during a round is by voice or chat within the team only. Any communication with spectators or outside people is prohibited.</w:t>
      </w:r>
    </w:p>
    <w:p w14:paraId="0BA76D3C" w14:textId="77777777" w:rsidR="004519D6" w:rsidRDefault="004519D6" w:rsidP="004519D6">
      <w:pPr>
        <w:pStyle w:val="ListBullet"/>
        <w:numPr>
          <w:ilvl w:val="0"/>
          <w:numId w:val="13"/>
        </w:numPr>
      </w:pPr>
      <w:r>
        <w:t>Organizers have the final say on rule violations, disputes and match results.</w:t>
      </w:r>
    </w:p>
    <w:p w14:paraId="16427369" w14:textId="1327537F" w:rsidR="002A0BFE" w:rsidRDefault="002A0BFE" w:rsidP="002A0BFE">
      <w:pPr>
        <w:spacing w:before="80" w:after="120"/>
      </w:pPr>
      <w:r>
        <w:t xml:space="preserve">5. </w:t>
      </w:r>
      <w:r w:rsidRPr="00440FE2">
        <w:rPr>
          <w:b/>
          <w:bCs/>
        </w:rPr>
        <w:t>Volunteer Instructions</w:t>
      </w:r>
      <w:r>
        <w:t>: All participants must cooperate with and follow the instructions provided by event volunteers and organizers.</w:t>
      </w:r>
    </w:p>
    <w:p w14:paraId="0E523E57" w14:textId="63081612" w:rsidR="002A0BFE" w:rsidRDefault="002A0BFE" w:rsidP="002A0BFE">
      <w:pPr>
        <w:spacing w:before="80" w:after="120"/>
      </w:pPr>
      <w:r>
        <w:t>6</w:t>
      </w:r>
      <w:r w:rsidRPr="00440FE2">
        <w:rPr>
          <w:b/>
          <w:bCs/>
        </w:rPr>
        <w:t>. Eligibility</w:t>
      </w:r>
      <w:r>
        <w:t xml:space="preserve">: Participation </w:t>
      </w:r>
      <w:r w:rsidR="001927B3">
        <w:t xml:space="preserve">for FIFA 26 and T8KKEN 8 </w:t>
      </w:r>
      <w:r>
        <w:t>is exclusively open to university and college students</w:t>
      </w:r>
      <w:r w:rsidR="001927B3">
        <w:t xml:space="preserve"> only and PUBG is open to all </w:t>
      </w:r>
      <w:proofErr w:type="gramStart"/>
      <w:r w:rsidR="001927B3">
        <w:t>School</w:t>
      </w:r>
      <w:r w:rsidR="004519D6">
        <w:t xml:space="preserve"> </w:t>
      </w:r>
      <w:r w:rsidR="001927B3">
        <w:t>,</w:t>
      </w:r>
      <w:r w:rsidR="004519D6">
        <w:t>C</w:t>
      </w:r>
      <w:r w:rsidR="001927B3">
        <w:t>olleges</w:t>
      </w:r>
      <w:proofErr w:type="gramEnd"/>
      <w:r w:rsidR="001927B3">
        <w:t xml:space="preserve"> and University students  </w:t>
      </w:r>
    </w:p>
    <w:p w14:paraId="042E561E" w14:textId="77777777" w:rsidR="002A0BFE" w:rsidRDefault="002A0BFE" w:rsidP="002A0BFE">
      <w:pPr>
        <w:spacing w:before="80" w:after="120"/>
      </w:pPr>
      <w:r>
        <w:t>7. The tournament will follow a knockout format, where winners will advance to the next round until the final winner is decided.</w:t>
      </w:r>
    </w:p>
    <w:p w14:paraId="00AA6D75" w14:textId="77777777" w:rsidR="002A0BFE" w:rsidRDefault="002A0BFE" w:rsidP="002A0BFE">
      <w:pPr>
        <w:spacing w:before="80" w:after="120"/>
      </w:pPr>
    </w:p>
    <w:p w14:paraId="2535C998" w14:textId="77777777" w:rsidR="002A0BFE" w:rsidRDefault="002A0BFE" w:rsidP="002A0BFE">
      <w:pPr>
        <w:spacing w:before="80" w:after="120"/>
      </w:pPr>
      <w:r>
        <w:rPr>
          <w:rFonts w:ascii="Segoe UI Emoji" w:hAnsi="Segoe UI Emoji" w:cs="Segoe UI Emoji"/>
        </w:rPr>
        <w:t>⚽</w:t>
      </w:r>
      <w:r>
        <w:t xml:space="preserve"> FIFA 26 – Game Rules</w:t>
      </w:r>
    </w:p>
    <w:p w14:paraId="1B838684" w14:textId="77777777" w:rsidR="002A0BFE" w:rsidRDefault="002A0BFE" w:rsidP="002A0BFE">
      <w:pPr>
        <w:spacing w:before="80" w:after="120"/>
      </w:pPr>
      <w:r>
        <w:t xml:space="preserve">1. </w:t>
      </w:r>
      <w:r w:rsidRPr="00440FE2">
        <w:rPr>
          <w:b/>
          <w:bCs/>
        </w:rPr>
        <w:t>Game Format:</w:t>
      </w:r>
      <w:r>
        <w:t xml:space="preserve"> All matches will be played in a Solo vs. Solo format. Team participation is not allowed.</w:t>
      </w:r>
    </w:p>
    <w:p w14:paraId="1FCC4112" w14:textId="77777777" w:rsidR="002A0BFE" w:rsidRDefault="002A0BFE" w:rsidP="002A0BFE">
      <w:pPr>
        <w:spacing w:before="80" w:after="120"/>
      </w:pPr>
      <w:r>
        <w:t>2</w:t>
      </w:r>
      <w:r w:rsidRPr="00440FE2">
        <w:rPr>
          <w:b/>
          <w:bCs/>
        </w:rPr>
        <w:t>. Match Duration</w:t>
      </w:r>
      <w:r>
        <w:t>: Each match will consist of two halves, with 6 minutes per half, making the total match duration 12 minutes.</w:t>
      </w:r>
    </w:p>
    <w:p w14:paraId="79E919D4" w14:textId="77777777" w:rsidR="002A0BFE" w:rsidRDefault="002A0BFE" w:rsidP="002A0BFE">
      <w:pPr>
        <w:spacing w:before="80" w:after="120"/>
      </w:pPr>
      <w:r>
        <w:t xml:space="preserve">3. </w:t>
      </w:r>
      <w:r w:rsidRPr="00440FE2">
        <w:rPr>
          <w:b/>
          <w:bCs/>
        </w:rPr>
        <w:t>Team Selection</w:t>
      </w:r>
      <w:r>
        <w:t>: Participants are free to choose any team of their choice. There are no restrictions on team selection.</w:t>
      </w:r>
    </w:p>
    <w:p w14:paraId="1D250ED6" w14:textId="5E09D0EB" w:rsidR="00A47B7A" w:rsidRDefault="00A47B7A" w:rsidP="002A0BFE">
      <w:pPr>
        <w:spacing w:before="80" w:after="120"/>
      </w:pPr>
      <w:r>
        <w:t>4</w:t>
      </w:r>
      <w:r w:rsidRPr="00440FE2">
        <w:rPr>
          <w:b/>
          <w:bCs/>
        </w:rPr>
        <w:t>.  Entry Fee</w:t>
      </w:r>
      <w:r>
        <w:t>: Rs 1000.</w:t>
      </w:r>
    </w:p>
    <w:p w14:paraId="7E90CABE" w14:textId="77777777" w:rsidR="002A0BFE" w:rsidRDefault="002A0BFE" w:rsidP="002A0BFE">
      <w:pPr>
        <w:spacing w:before="80" w:after="120"/>
      </w:pPr>
      <w:r>
        <w:rPr>
          <w:rFonts w:ascii="Segoe UI Emoji" w:hAnsi="Segoe UI Emoji" w:cs="Segoe UI Emoji"/>
        </w:rPr>
        <w:t>🥊</w:t>
      </w:r>
      <w:r>
        <w:t xml:space="preserve"> TEKKEN 8 – Game Rules</w:t>
      </w:r>
    </w:p>
    <w:p w14:paraId="13BED2D6" w14:textId="77777777" w:rsidR="002A0BFE" w:rsidRDefault="002A0BFE" w:rsidP="002A0BFE">
      <w:pPr>
        <w:spacing w:before="80" w:after="120"/>
      </w:pPr>
      <w:r>
        <w:t xml:space="preserve">1. </w:t>
      </w:r>
      <w:r w:rsidRPr="00440FE2">
        <w:rPr>
          <w:b/>
          <w:bCs/>
        </w:rPr>
        <w:t>Game Format</w:t>
      </w:r>
      <w:r>
        <w:t>: All matches will be played in a Solo vs. Solo format. Team participation is not allowed.</w:t>
      </w:r>
    </w:p>
    <w:p w14:paraId="1AAB204E" w14:textId="77777777" w:rsidR="002A0BFE" w:rsidRDefault="002A0BFE" w:rsidP="002A0BFE">
      <w:pPr>
        <w:spacing w:before="80" w:after="120"/>
      </w:pPr>
      <w:r>
        <w:t xml:space="preserve">2. </w:t>
      </w:r>
      <w:r w:rsidRPr="00440FE2">
        <w:rPr>
          <w:b/>
          <w:bCs/>
        </w:rPr>
        <w:t>Match Format:</w:t>
      </w:r>
      <w:r>
        <w:t xml:space="preserve"> Each match will consist of 3 rounds.</w:t>
      </w:r>
    </w:p>
    <w:p w14:paraId="6B2EE060" w14:textId="77777777" w:rsidR="002A0BFE" w:rsidRDefault="002A0BFE" w:rsidP="002A0BFE">
      <w:pPr>
        <w:spacing w:before="80" w:after="120"/>
      </w:pPr>
      <w:r>
        <w:t>All participants are requested to read and understand the rules carefully before registering. Failure to follow the competition rules and regulations may result in disqualification.</w:t>
      </w:r>
    </w:p>
    <w:p w14:paraId="26D455C0" w14:textId="17C34D27" w:rsidR="00A47B7A" w:rsidRDefault="00A47B7A" w:rsidP="00A47B7A">
      <w:pPr>
        <w:spacing w:before="80" w:after="120"/>
      </w:pPr>
      <w:r>
        <w:lastRenderedPageBreak/>
        <w:t>3.  Entry Fee: Rs 1000.</w:t>
      </w:r>
    </w:p>
    <w:p w14:paraId="75A71AC7" w14:textId="6204BF61" w:rsidR="002A0BFE" w:rsidRDefault="002A0BFE" w:rsidP="002A0BFE">
      <w:pPr>
        <w:spacing w:before="80" w:after="120"/>
      </w:pPr>
      <w:r>
        <w:t xml:space="preserve"> PUBG PC – Game Rules </w:t>
      </w:r>
    </w:p>
    <w:p w14:paraId="000DD8A1" w14:textId="29003564" w:rsidR="002A0BFE" w:rsidRDefault="001927B3" w:rsidP="001927B3">
      <w:pPr>
        <w:pStyle w:val="ListParagraph"/>
        <w:numPr>
          <w:ilvl w:val="0"/>
          <w:numId w:val="12"/>
        </w:numPr>
        <w:spacing w:before="80" w:after="120"/>
      </w:pPr>
      <w:r w:rsidRPr="00A47B7A">
        <w:rPr>
          <w:b/>
          <w:bCs/>
        </w:rPr>
        <w:t>Game Format:</w:t>
      </w:r>
      <w:r>
        <w:t xml:space="preserve"> It’s a team game each team will consist of 4 players </w:t>
      </w:r>
    </w:p>
    <w:p w14:paraId="2037492F" w14:textId="77777777" w:rsidR="00A47B7A" w:rsidRPr="00A47B7A" w:rsidRDefault="001927B3" w:rsidP="00A47B7A">
      <w:pPr>
        <w:pStyle w:val="ListParagraph"/>
        <w:numPr>
          <w:ilvl w:val="0"/>
          <w:numId w:val="12"/>
        </w:numPr>
        <w:spacing w:before="80" w:after="120"/>
      </w:pPr>
      <w:r w:rsidRPr="00A47B7A">
        <w:rPr>
          <w:b/>
          <w:bCs/>
        </w:rPr>
        <w:t>Roster:</w:t>
      </w:r>
      <w:r>
        <w:t xml:space="preserve"> </w:t>
      </w:r>
      <w:r w:rsidR="00A47B7A" w:rsidRPr="00A47B7A">
        <w:t>Team members cannot be added or changed after registration closes on 16 November 2026. Students from different institutions may join one team.</w:t>
      </w:r>
    </w:p>
    <w:p w14:paraId="62D077C0" w14:textId="77777777" w:rsidR="00A47B7A" w:rsidRDefault="00A47B7A" w:rsidP="00A47B7A">
      <w:pPr>
        <w:pStyle w:val="ListBullet"/>
        <w:numPr>
          <w:ilvl w:val="0"/>
          <w:numId w:val="12"/>
        </w:numPr>
      </w:pPr>
      <w:r>
        <w:rPr>
          <w:b/>
        </w:rPr>
        <w:t>Captain:</w:t>
      </w:r>
      <w:r>
        <w:t xml:space="preserve"> Each team names one captain at registration. The captain is the only person who may speak to referees.</w:t>
      </w:r>
    </w:p>
    <w:p w14:paraId="62B0EF6D" w14:textId="77777777" w:rsidR="00A47B7A" w:rsidRDefault="00A47B7A" w:rsidP="00A47B7A">
      <w:pPr>
        <w:pStyle w:val="ListBullet"/>
        <w:numPr>
          <w:ilvl w:val="0"/>
          <w:numId w:val="12"/>
        </w:numPr>
      </w:pPr>
      <w:r>
        <w:rPr>
          <w:b/>
        </w:rPr>
        <w:t>ID card:</w:t>
      </w:r>
      <w:r>
        <w:t xml:space="preserve"> Every participant shows a printed ID card at entry. The template is sent with the registration confirmation.</w:t>
      </w:r>
    </w:p>
    <w:p w14:paraId="43EC3630" w14:textId="70671D0B" w:rsidR="00A47B7A" w:rsidRPr="00A47B7A" w:rsidRDefault="00A47B7A" w:rsidP="00A47B7A">
      <w:pPr>
        <w:pStyle w:val="ListBullet"/>
        <w:numPr>
          <w:ilvl w:val="0"/>
          <w:numId w:val="12"/>
        </w:numPr>
        <w:rPr>
          <w:b/>
        </w:rPr>
      </w:pPr>
      <w:r w:rsidRPr="00A47B7A">
        <w:rPr>
          <w:b/>
        </w:rPr>
        <w:t>Entry Fee:</w:t>
      </w:r>
      <w:r>
        <w:rPr>
          <w:b/>
        </w:rPr>
        <w:t xml:space="preserve"> </w:t>
      </w:r>
      <w:r>
        <w:rPr>
          <w:bCs/>
        </w:rPr>
        <w:t>Rs 1500 per team.</w:t>
      </w:r>
    </w:p>
    <w:p w14:paraId="2C1BB666" w14:textId="77777777" w:rsidR="00A47B7A" w:rsidRDefault="00A47B7A" w:rsidP="00A47B7A">
      <w:pPr>
        <w:pStyle w:val="ListBullet"/>
        <w:numPr>
          <w:ilvl w:val="0"/>
          <w:numId w:val="0"/>
        </w:numPr>
        <w:ind w:left="360" w:hanging="360"/>
      </w:pPr>
    </w:p>
    <w:p w14:paraId="1C1CDCF6" w14:textId="77777777" w:rsidR="00A47B7A" w:rsidRPr="00A47B7A" w:rsidRDefault="00A47B7A" w:rsidP="00A47B7A">
      <w:pPr>
        <w:pStyle w:val="ListBullet"/>
        <w:numPr>
          <w:ilvl w:val="0"/>
          <w:numId w:val="0"/>
        </w:numPr>
        <w:ind w:left="360" w:hanging="360"/>
        <w:rPr>
          <w:bCs/>
        </w:rPr>
      </w:pPr>
      <w:r w:rsidRPr="00A47B7A">
        <w:rPr>
          <w:bCs/>
        </w:rPr>
        <w:t>Game Setup:</w:t>
      </w:r>
    </w:p>
    <w:p w14:paraId="0123736C" w14:textId="77777777" w:rsidR="00A47B7A" w:rsidRDefault="00A47B7A" w:rsidP="00A47B7A">
      <w:pPr>
        <w:pStyle w:val="ListBullet"/>
        <w:numPr>
          <w:ilvl w:val="0"/>
          <w:numId w:val="0"/>
        </w:numPr>
        <w:ind w:left="360" w:hanging="360"/>
      </w:pPr>
    </w:p>
    <w:p w14:paraId="2CFF5104" w14:textId="253EF8E2" w:rsidR="00A47B7A" w:rsidRPr="00A47B7A" w:rsidRDefault="00A47B7A" w:rsidP="00A47B7A">
      <w:pPr>
        <w:spacing w:before="80" w:after="120"/>
      </w:pPr>
      <w:r w:rsidRPr="00A47B7A">
        <w:rPr>
          <w:b/>
        </w:rPr>
        <w:t>Game and version:</w:t>
      </w:r>
      <w:r w:rsidRPr="00A47B7A">
        <w:t xml:space="preserve"> </w:t>
      </w:r>
      <w:r>
        <w:t>PUBG</w:t>
      </w:r>
      <w:r w:rsidRPr="00A47B7A">
        <w:t xml:space="preserve"> only, on the university’s gaming computers. Players do not install their own copies or add-ons.</w:t>
      </w:r>
    </w:p>
    <w:p w14:paraId="59D3D3ED" w14:textId="77777777" w:rsidR="00A47B7A" w:rsidRPr="00A47B7A" w:rsidRDefault="00A47B7A" w:rsidP="00A47B7A">
      <w:pPr>
        <w:spacing w:before="80" w:after="120"/>
      </w:pPr>
      <w:r w:rsidRPr="00A47B7A">
        <w:rPr>
          <w:b/>
        </w:rPr>
        <w:t>Server:</w:t>
      </w:r>
      <w:r w:rsidRPr="00A47B7A">
        <w:t xml:space="preserve"> A LAN server run by the organizers. Players may not connect to outside servers during matches.</w:t>
      </w:r>
    </w:p>
    <w:p w14:paraId="2E762442" w14:textId="77777777" w:rsidR="00A47B7A" w:rsidRPr="00A47B7A" w:rsidRDefault="00A47B7A" w:rsidP="00A47B7A">
      <w:pPr>
        <w:spacing w:before="80" w:after="120"/>
      </w:pPr>
      <w:r w:rsidRPr="00A47B7A">
        <w:rPr>
          <w:b/>
        </w:rPr>
        <w:t>Settings:</w:t>
      </w:r>
      <w:r w:rsidRPr="00A47B7A">
        <w:t xml:space="preserve"> The organizers publish one fixed configuration (mode, round time, buy time, economy and map pool) before registration closes. Every match uses that configuration.</w:t>
      </w:r>
    </w:p>
    <w:p w14:paraId="0559C6CE" w14:textId="77777777" w:rsidR="00A47B7A" w:rsidRPr="00A47B7A" w:rsidRDefault="00A47B7A" w:rsidP="00A47B7A">
      <w:pPr>
        <w:spacing w:before="80" w:after="120"/>
      </w:pPr>
      <w:r w:rsidRPr="00A47B7A">
        <w:rPr>
          <w:b/>
        </w:rPr>
        <w:t>Maps:</w:t>
      </w:r>
      <w:r w:rsidRPr="00A47B7A">
        <w:t xml:space="preserve"> A map pool is published with the rulebook. Maps are chosen by a veto process: the teams take turns banning maps until one remains.</w:t>
      </w:r>
    </w:p>
    <w:p w14:paraId="602C839B" w14:textId="77777777" w:rsidR="00A47B7A" w:rsidRPr="00A47B7A" w:rsidRDefault="00A47B7A" w:rsidP="00A47B7A">
      <w:pPr>
        <w:spacing w:before="80" w:after="120"/>
      </w:pPr>
      <w:r w:rsidRPr="00A47B7A">
        <w:rPr>
          <w:b/>
        </w:rPr>
        <w:t>Hardware:</w:t>
      </w:r>
      <w:r w:rsidRPr="00A47B7A">
        <w:t xml:space="preserve"> The university provides the computers, monitors, mice and keyboards. Players may bring their own mice and keyboards if the referee approves them.</w:t>
      </w:r>
    </w:p>
    <w:p w14:paraId="26C1C90C" w14:textId="77777777" w:rsidR="00A47B7A" w:rsidRPr="00A47B7A" w:rsidRDefault="00A47B7A" w:rsidP="00A47B7A">
      <w:pPr>
        <w:spacing w:before="80" w:after="120"/>
      </w:pPr>
      <w:r w:rsidRPr="00A47B7A">
        <w:rPr>
          <w:b/>
        </w:rPr>
        <w:t>Anti-cheat and mods:</w:t>
      </w:r>
      <w:r w:rsidRPr="00A47B7A">
        <w:t xml:space="preserve"> Only the organizer-approved configuration is allowed. Scripts, macros, third-party programs, and any file that changes the game’s behavior are prohibited.</w:t>
      </w:r>
    </w:p>
    <w:p w14:paraId="39DE26EA" w14:textId="77777777" w:rsidR="002A0BFE" w:rsidRDefault="002A0BFE" w:rsidP="002A0BFE">
      <w:pPr>
        <w:spacing w:before="80" w:after="120"/>
      </w:pPr>
    </w:p>
    <w:p w14:paraId="397F78C2" w14:textId="1A87B5ED" w:rsidR="002A0BFE" w:rsidRDefault="002A0BFE" w:rsidP="002A0BFE">
      <w:pPr>
        <w:spacing w:before="80" w:after="120"/>
      </w:pPr>
      <w:r>
        <w:t xml:space="preserve">Play Fair. Respect Everyone. Enjoy the Game! </w:t>
      </w:r>
      <w:r>
        <w:rPr>
          <w:rFonts w:ascii="Segoe UI Emoji" w:hAnsi="Segoe UI Emoji" w:cs="Segoe UI Emoji"/>
        </w:rPr>
        <w:t>🎮</w:t>
      </w:r>
    </w:p>
    <w:p w14:paraId="2D7FDD9E" w14:textId="29B1AA8E" w:rsidR="00E10220" w:rsidRDefault="002A4D7D" w:rsidP="006057A1">
      <w:r>
        <w:rPr>
          <w:b/>
        </w:rPr>
        <w:t xml:space="preserve">Date: </w:t>
      </w:r>
      <w:r w:rsidR="006057A1">
        <w:t>1</w:t>
      </w:r>
      <w:r w:rsidR="00A93B2B">
        <w:t>8</w:t>
      </w:r>
      <w:r>
        <w:t xml:space="preserve"> November 2026 </w:t>
      </w:r>
    </w:p>
    <w:p w14:paraId="1D65BF02" w14:textId="77777777" w:rsidR="00E10220" w:rsidRDefault="002A4D7D">
      <w:r>
        <w:rPr>
          <w:b/>
        </w:rPr>
        <w:t xml:space="preserve">Venue: </w:t>
      </w:r>
      <w:r>
        <w:t>Sir Syed University of Engineering &amp; Technology (SSUET), Karachi. Room to be announced.</w:t>
      </w:r>
    </w:p>
    <w:p w14:paraId="635D6393" w14:textId="77777777" w:rsidR="00E10220" w:rsidRDefault="002A4D7D">
      <w:r>
        <w:rPr>
          <w:b/>
        </w:rPr>
        <w:t xml:space="preserve">Event: </w:t>
      </w:r>
      <w:r>
        <w:t>SKYBER 2026</w:t>
      </w:r>
    </w:p>
    <w:p w14:paraId="10C1F2EB" w14:textId="77777777" w:rsidR="00E10220" w:rsidRDefault="002A4D7D">
      <w:pPr>
        <w:keepNext/>
        <w:spacing w:before="180" w:after="60"/>
      </w:pPr>
      <w:r>
        <w:rPr>
          <w:b/>
          <w:sz w:val="22"/>
        </w:rPr>
        <w:t>Contact Information:</w:t>
      </w:r>
    </w:p>
    <w:p w14:paraId="7B90E627" w14:textId="5C75147C" w:rsidR="00E10220" w:rsidRDefault="002A4D7D" w:rsidP="006057A1">
      <w:r>
        <w:rPr>
          <w:b/>
        </w:rPr>
        <w:t xml:space="preserve">Contact no.: </w:t>
      </w:r>
      <w:r w:rsidR="006057A1" w:rsidRPr="006057A1">
        <w:t>03322396805</w:t>
      </w:r>
    </w:p>
    <w:p w14:paraId="7B052A8C" w14:textId="77777777" w:rsidR="00E10220" w:rsidRDefault="002A4D7D">
      <w:r>
        <w:rPr>
          <w:i/>
          <w:sz w:val="18"/>
        </w:rPr>
        <w:t>Participants are advised to follow the official SKYBER 2026 announcements for updates regarding the competition schedule, venue, reporting times and other instructions.</w:t>
      </w:r>
    </w:p>
    <w:sectPr w:rsidR="00E10220" w:rsidSect="00034616">
      <w:footerReference w:type="default" r:id="rId10"/>
      <w:pgSz w:w="11906" w:h="16838"/>
      <w:pgMar w:top="720" w:right="1152" w:bottom="100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58184" w14:textId="77777777" w:rsidR="00811B08" w:rsidRDefault="00811B08">
      <w:pPr>
        <w:spacing w:after="0" w:line="240" w:lineRule="auto"/>
      </w:pPr>
      <w:r>
        <w:separator/>
      </w:r>
    </w:p>
  </w:endnote>
  <w:endnote w:type="continuationSeparator" w:id="0">
    <w:p w14:paraId="3DF68D4E" w14:textId="77777777" w:rsidR="00811B08" w:rsidRDefault="00811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8F947" w14:textId="77777777" w:rsidR="00E10220" w:rsidRDefault="002A4D7D">
    <w:pPr>
      <w:pStyle w:val="Footer"/>
      <w:jc w:val="center"/>
    </w:pPr>
    <w:r>
      <w:rPr>
        <w:color w:val="555F6B"/>
        <w:sz w:val="16"/>
      </w:rPr>
      <w:t xml:space="preserve">SKYBER 2026 | Sir Syed University of Engineering &amp; Technology | Karachi    Page </w:t>
    </w:r>
    <w:r>
      <w:rPr>
        <w:color w:val="555F6B"/>
        <w:sz w:val="16"/>
      </w:rPr>
      <w:fldChar w:fldCharType="begin"/>
    </w:r>
    <w:r>
      <w:rPr>
        <w:color w:val="555F6B"/>
        <w:sz w:val="16"/>
      </w:rPr>
      <w:instrText>PAGE</w:instrText>
    </w:r>
    <w:r>
      <w:rPr>
        <w:color w:val="555F6B"/>
        <w:sz w:val="16"/>
      </w:rPr>
      <w:fldChar w:fldCharType="separate"/>
    </w:r>
    <w:r w:rsidR="006057A1">
      <w:rPr>
        <w:noProof/>
        <w:color w:val="555F6B"/>
        <w:sz w:val="16"/>
      </w:rPr>
      <w:t>1</w:t>
    </w:r>
    <w:r>
      <w:rPr>
        <w:color w:val="555F6B"/>
        <w:sz w:val="16"/>
      </w:rPr>
      <w:fldChar w:fldCharType="end"/>
    </w:r>
    <w:r>
      <w:rPr>
        <w:color w:val="555F6B"/>
        <w:sz w:val="16"/>
      </w:rPr>
      <w:t xml:space="preserve"> of </w:t>
    </w:r>
    <w:r>
      <w:rPr>
        <w:color w:val="555F6B"/>
        <w:sz w:val="16"/>
      </w:rPr>
      <w:fldChar w:fldCharType="begin"/>
    </w:r>
    <w:r>
      <w:rPr>
        <w:color w:val="555F6B"/>
        <w:sz w:val="16"/>
      </w:rPr>
      <w:instrText>NUMPAGES</w:instrText>
    </w:r>
    <w:r>
      <w:rPr>
        <w:color w:val="555F6B"/>
        <w:sz w:val="16"/>
      </w:rPr>
      <w:fldChar w:fldCharType="separate"/>
    </w:r>
    <w:r w:rsidR="006057A1">
      <w:rPr>
        <w:noProof/>
        <w:color w:val="555F6B"/>
        <w:sz w:val="16"/>
      </w:rPr>
      <w:t>2</w:t>
    </w:r>
    <w:r>
      <w:rPr>
        <w:color w:val="555F6B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62975" w14:textId="77777777" w:rsidR="00811B08" w:rsidRDefault="00811B08">
      <w:pPr>
        <w:spacing w:after="0" w:line="240" w:lineRule="auto"/>
      </w:pPr>
      <w:r>
        <w:separator/>
      </w:r>
    </w:p>
  </w:footnote>
  <w:footnote w:type="continuationSeparator" w:id="0">
    <w:p w14:paraId="1BA8F615" w14:textId="77777777" w:rsidR="00811B08" w:rsidRDefault="00811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8EF238E"/>
    <w:multiLevelType w:val="hybridMultilevel"/>
    <w:tmpl w:val="7BB2B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63544"/>
    <w:multiLevelType w:val="hybridMultilevel"/>
    <w:tmpl w:val="7E7CD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793518"/>
    <w:multiLevelType w:val="hybridMultilevel"/>
    <w:tmpl w:val="401E0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E247E7"/>
    <w:multiLevelType w:val="hybridMultilevel"/>
    <w:tmpl w:val="9F54C3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427948">
    <w:abstractNumId w:val="8"/>
  </w:num>
  <w:num w:numId="2" w16cid:durableId="911817348">
    <w:abstractNumId w:val="6"/>
  </w:num>
  <w:num w:numId="3" w16cid:durableId="735977969">
    <w:abstractNumId w:val="5"/>
  </w:num>
  <w:num w:numId="4" w16cid:durableId="1608269060">
    <w:abstractNumId w:val="4"/>
  </w:num>
  <w:num w:numId="5" w16cid:durableId="541941728">
    <w:abstractNumId w:val="7"/>
  </w:num>
  <w:num w:numId="6" w16cid:durableId="389622007">
    <w:abstractNumId w:val="3"/>
  </w:num>
  <w:num w:numId="7" w16cid:durableId="98838007">
    <w:abstractNumId w:val="2"/>
  </w:num>
  <w:num w:numId="8" w16cid:durableId="1174492272">
    <w:abstractNumId w:val="1"/>
  </w:num>
  <w:num w:numId="9" w16cid:durableId="1007486629">
    <w:abstractNumId w:val="0"/>
  </w:num>
  <w:num w:numId="10" w16cid:durableId="2086028868">
    <w:abstractNumId w:val="12"/>
  </w:num>
  <w:num w:numId="11" w16cid:durableId="1291547343">
    <w:abstractNumId w:val="10"/>
  </w:num>
  <w:num w:numId="12" w16cid:durableId="2062291609">
    <w:abstractNumId w:val="9"/>
  </w:num>
  <w:num w:numId="13" w16cid:durableId="12667692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463A"/>
    <w:rsid w:val="001927B3"/>
    <w:rsid w:val="0029639D"/>
    <w:rsid w:val="002A0BFE"/>
    <w:rsid w:val="002A4D7D"/>
    <w:rsid w:val="00326F90"/>
    <w:rsid w:val="003C3746"/>
    <w:rsid w:val="004058C1"/>
    <w:rsid w:val="00440FE2"/>
    <w:rsid w:val="004519D6"/>
    <w:rsid w:val="004B04AE"/>
    <w:rsid w:val="004F5A68"/>
    <w:rsid w:val="006057A1"/>
    <w:rsid w:val="00783C91"/>
    <w:rsid w:val="00811B08"/>
    <w:rsid w:val="00A47B7A"/>
    <w:rsid w:val="00A47D1D"/>
    <w:rsid w:val="00A93B2B"/>
    <w:rsid w:val="00AA1D8D"/>
    <w:rsid w:val="00B47730"/>
    <w:rsid w:val="00CB0664"/>
    <w:rsid w:val="00DB7FE5"/>
    <w:rsid w:val="00DE32E5"/>
    <w:rsid w:val="00E10220"/>
    <w:rsid w:val="00F872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769E03"/>
  <w14:defaultImageDpi w14:val="300"/>
  <w15:docId w15:val="{ABF05277-22A2-453C-BA12-B0150D6A9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9D6"/>
    <w:pPr>
      <w:spacing w:after="80"/>
    </w:pPr>
    <w:rPr>
      <w:rFonts w:ascii="Arial" w:eastAsia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Khan</cp:lastModifiedBy>
  <cp:revision>2</cp:revision>
  <dcterms:created xsi:type="dcterms:W3CDTF">2026-11-01T10:47:00Z</dcterms:created>
  <dcterms:modified xsi:type="dcterms:W3CDTF">2026-11-01T10:47:00Z</dcterms:modified>
  <cp:category/>
</cp:coreProperties>
</file>